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61091" w14:textId="1CD3C548" w:rsidR="00724BB2" w:rsidRDefault="00724BB2" w:rsidP="00724BB2">
      <w:pPr>
        <w:pStyle w:val="Heading1"/>
      </w:pPr>
      <w:r>
        <w:t xml:space="preserve">PPN </w:t>
      </w:r>
      <w:r w:rsidR="00305D1C">
        <w:t xml:space="preserve">Network </w:t>
      </w:r>
      <w:r>
        <w:t>Support Worker – Candidate Declaration Fo</w:t>
      </w:r>
      <w:r w:rsidR="00305D1C">
        <w:t>r</w:t>
      </w:r>
      <w:r>
        <w:t>m</w:t>
      </w:r>
    </w:p>
    <w:p w14:paraId="5E559575" w14:textId="00019145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Please complete this form and submit it with your application. It helps us verify your eligibility and understand your background in relation to the role.</w:t>
      </w:r>
      <w:r w:rsidRPr="0090033A">
        <w:rPr>
          <w:rFonts w:ascii="Calibri" w:hAnsi="Calibri" w:cs="Calibri"/>
          <w:szCs w:val="24"/>
        </w:rPr>
        <w:br/>
        <w:t>Candidate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724BB2" w:rsidRPr="0090033A" w14:paraId="65073098" w14:textId="77777777" w:rsidTr="00E800C0">
        <w:tc>
          <w:tcPr>
            <w:tcW w:w="4320" w:type="dxa"/>
          </w:tcPr>
          <w:p w14:paraId="14538658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Full Name:</w:t>
            </w:r>
          </w:p>
        </w:tc>
        <w:tc>
          <w:tcPr>
            <w:tcW w:w="4320" w:type="dxa"/>
          </w:tcPr>
          <w:p w14:paraId="63559377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0EBA1BA" w14:textId="77777777" w:rsidTr="00E800C0">
        <w:tc>
          <w:tcPr>
            <w:tcW w:w="4320" w:type="dxa"/>
          </w:tcPr>
          <w:p w14:paraId="5FE0146E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Phone Number:</w:t>
            </w:r>
          </w:p>
        </w:tc>
        <w:tc>
          <w:tcPr>
            <w:tcW w:w="4320" w:type="dxa"/>
          </w:tcPr>
          <w:p w14:paraId="327C984D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4D81668D" w14:textId="77777777" w:rsidTr="00E800C0">
        <w:tc>
          <w:tcPr>
            <w:tcW w:w="4320" w:type="dxa"/>
          </w:tcPr>
          <w:p w14:paraId="1AA86205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Email Address:</w:t>
            </w:r>
          </w:p>
        </w:tc>
        <w:tc>
          <w:tcPr>
            <w:tcW w:w="4320" w:type="dxa"/>
          </w:tcPr>
          <w:p w14:paraId="48C520A0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56866347" w14:textId="77777777" w:rsidTr="00E800C0">
        <w:tc>
          <w:tcPr>
            <w:tcW w:w="4320" w:type="dxa"/>
          </w:tcPr>
          <w:p w14:paraId="7848138C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Are you eligible to work in Ireland? (Yes/No):</w:t>
            </w:r>
          </w:p>
        </w:tc>
        <w:tc>
          <w:tcPr>
            <w:tcW w:w="4320" w:type="dxa"/>
          </w:tcPr>
          <w:p w14:paraId="0022EA62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841375E" w14:textId="77777777" w:rsidTr="00E800C0">
        <w:tc>
          <w:tcPr>
            <w:tcW w:w="4320" w:type="dxa"/>
          </w:tcPr>
          <w:p w14:paraId="7C9B850A" w14:textId="0BA6669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 xml:space="preserve">Do you hold a full clean driving </w:t>
            </w:r>
            <w:r w:rsidR="00564C4D" w:rsidRPr="0090033A">
              <w:rPr>
                <w:rFonts w:ascii="Calibri" w:hAnsi="Calibri" w:cs="Calibri"/>
                <w:szCs w:val="24"/>
              </w:rPr>
              <w:t>license</w:t>
            </w:r>
            <w:r w:rsidRPr="0090033A">
              <w:rPr>
                <w:rFonts w:ascii="Calibri" w:hAnsi="Calibri" w:cs="Calibri"/>
                <w:szCs w:val="24"/>
              </w:rPr>
              <w:t>? (Yes/No):</w:t>
            </w:r>
          </w:p>
        </w:tc>
        <w:tc>
          <w:tcPr>
            <w:tcW w:w="4320" w:type="dxa"/>
          </w:tcPr>
          <w:p w14:paraId="754BCE96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</w:tbl>
    <w:p w14:paraId="78F5FA1F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Please confirm the following by ticking each box:</w:t>
      </w:r>
    </w:p>
    <w:p w14:paraId="0F896389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cover letter outlining why I am suitable for the role.</w:t>
      </w:r>
    </w:p>
    <w:p w14:paraId="24BC4461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current CV.</w:t>
      </w:r>
    </w:p>
    <w:p w14:paraId="65980D4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 least 2 years of relevant administrative or related experience.</w:t>
      </w:r>
    </w:p>
    <w:p w14:paraId="15419CE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understand the role of the Public Participation Network (PPN).</w:t>
      </w:r>
    </w:p>
    <w:p w14:paraId="699C446D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some experience in or understanding of community, voluntary or local government work.</w:t>
      </w:r>
    </w:p>
    <w:p w14:paraId="535FC5C7" w14:textId="43CC9E05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am comfortable using email, Microsoft Office/Google Workspace and digital tools.</w:t>
      </w:r>
      <w:r w:rsidRPr="0090033A">
        <w:rPr>
          <w:rFonts w:ascii="Calibri" w:hAnsi="Calibri" w:cs="Calibri"/>
          <w:szCs w:val="24"/>
        </w:rPr>
        <w:br/>
        <w:t>Declaration</w:t>
      </w:r>
    </w:p>
    <w:p w14:paraId="1C3334F8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I confirm that the information provided is true and correct to the best of my knowledge. I understand that any false statement may disqualify me from the recruitment process.</w:t>
      </w:r>
    </w:p>
    <w:p w14:paraId="7383C11E" w14:textId="08657DE5" w:rsidR="00724BB2" w:rsidRPr="00400D13" w:rsidRDefault="00724BB2" w:rsidP="00724BB2">
      <w:pPr>
        <w:rPr>
          <w:rFonts w:ascii="Calibri" w:hAnsi="Calibri" w:cs="Calibri"/>
          <w:szCs w:val="24"/>
          <w:lang w:val="fr-FR"/>
        </w:rPr>
      </w:pPr>
      <w:r w:rsidRPr="00400D13">
        <w:rPr>
          <w:rFonts w:ascii="Calibri" w:hAnsi="Calibri" w:cs="Calibri"/>
          <w:szCs w:val="24"/>
          <w:lang w:val="fr-FR"/>
        </w:rPr>
        <w:br/>
        <w:t>Signature: ______________________________________</w:t>
      </w:r>
      <w:r w:rsidR="00400D13" w:rsidRPr="00400D13">
        <w:rPr>
          <w:rFonts w:ascii="Calibri" w:hAnsi="Calibri" w:cs="Calibri"/>
          <w:szCs w:val="24"/>
          <w:lang w:val="fr-FR"/>
        </w:rPr>
        <w:t>(Digital signature Ac</w:t>
      </w:r>
      <w:r w:rsidR="00400D13">
        <w:rPr>
          <w:rFonts w:ascii="Calibri" w:hAnsi="Calibri" w:cs="Calibri"/>
          <w:szCs w:val="24"/>
          <w:lang w:val="fr-FR"/>
        </w:rPr>
        <w:t>cepted)</w:t>
      </w:r>
    </w:p>
    <w:p w14:paraId="2094907D" w14:textId="77777777" w:rsidR="00724BB2" w:rsidRPr="00400D13" w:rsidRDefault="00724BB2" w:rsidP="00724BB2">
      <w:pPr>
        <w:rPr>
          <w:rFonts w:ascii="Calibri" w:hAnsi="Calibri" w:cs="Calibri"/>
          <w:szCs w:val="24"/>
          <w:lang w:val="fr-FR"/>
        </w:rPr>
      </w:pPr>
      <w:r w:rsidRPr="00400D13">
        <w:rPr>
          <w:rFonts w:ascii="Calibri" w:hAnsi="Calibri" w:cs="Calibri"/>
          <w:szCs w:val="24"/>
          <w:lang w:val="fr-FR"/>
        </w:rPr>
        <w:t>Date: ___________________</w:t>
      </w:r>
    </w:p>
    <w:p w14:paraId="7AC5B74D" w14:textId="77777777" w:rsidR="00724BB2" w:rsidRPr="00400D13" w:rsidRDefault="00724BB2" w:rsidP="002D3A26">
      <w:pPr>
        <w:contextualSpacing/>
        <w:mirrorIndents/>
        <w:rPr>
          <w:rFonts w:ascii="Calibri" w:hAnsi="Calibri" w:cs="Calibri"/>
          <w:sz w:val="20"/>
          <w:szCs w:val="20"/>
          <w:lang w:val="fr-FR"/>
        </w:rPr>
      </w:pPr>
    </w:p>
    <w:sectPr w:rsidR="00724BB2" w:rsidRPr="00400D1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3DEC6" w14:textId="77777777" w:rsidR="00DE0F1B" w:rsidRDefault="00DE0F1B" w:rsidP="000C2714">
      <w:pPr>
        <w:spacing w:after="0" w:line="240" w:lineRule="auto"/>
      </w:pPr>
      <w:r>
        <w:separator/>
      </w:r>
    </w:p>
  </w:endnote>
  <w:endnote w:type="continuationSeparator" w:id="0">
    <w:p w14:paraId="6E2099EE" w14:textId="77777777" w:rsidR="00DE0F1B" w:rsidRDefault="00DE0F1B" w:rsidP="000C2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B7FB5" w14:textId="77777777" w:rsidR="00DE0F1B" w:rsidRDefault="00DE0F1B" w:rsidP="000C2714">
      <w:pPr>
        <w:spacing w:after="0" w:line="240" w:lineRule="auto"/>
      </w:pPr>
      <w:r>
        <w:separator/>
      </w:r>
    </w:p>
  </w:footnote>
  <w:footnote w:type="continuationSeparator" w:id="0">
    <w:p w14:paraId="391BE0D3" w14:textId="77777777" w:rsidR="00DE0F1B" w:rsidRDefault="00DE0F1B" w:rsidP="000C2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18C4" w14:textId="298243CD" w:rsidR="00B74423" w:rsidRDefault="00B74423" w:rsidP="00B74423">
    <w:pPr>
      <w:pStyle w:val="Header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6FE0A0" wp14:editId="5880DD25">
          <wp:simplePos x="0" y="0"/>
          <wp:positionH relativeFrom="margin">
            <wp:posOffset>4659630</wp:posOffset>
          </wp:positionH>
          <wp:positionV relativeFrom="margin">
            <wp:posOffset>-762000</wp:posOffset>
          </wp:positionV>
          <wp:extent cx="1616075" cy="704850"/>
          <wp:effectExtent l="0" t="0" r="3175" b="0"/>
          <wp:wrapSquare wrapText="bothSides"/>
          <wp:docPr id="7717464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74648" name="Picture 1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07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225C82D" wp14:editId="1E7D321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923EE" w14:textId="37FA7F08" w:rsidR="00B74423" w:rsidRDefault="00B74423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5C82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left:0;text-align:left;margin-left:0;margin-top:0;width:468pt;height:13.45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6AC923EE" w14:textId="37FA7F08" w:rsidR="00B74423" w:rsidRDefault="00B74423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3F7DB6C" wp14:editId="16A99F1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6FC1DB7" w14:textId="77777777" w:rsidR="00B74423" w:rsidRDefault="00B7442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F7DB6C" id="Text Box 69" o:spid="_x0000_s1027" type="#_x0000_t202" style="position:absolute;left:0;text-align:left;margin-left:0;margin-top:0;width:1in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26FC1DB7" w14:textId="77777777" w:rsidR="00B74423" w:rsidRDefault="00B7442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7109D8"/>
    <w:multiLevelType w:val="hybridMultilevel"/>
    <w:tmpl w:val="A24014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3488D"/>
    <w:multiLevelType w:val="hybridMultilevel"/>
    <w:tmpl w:val="265C11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21AD0"/>
    <w:multiLevelType w:val="hybridMultilevel"/>
    <w:tmpl w:val="862CD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1558C"/>
    <w:multiLevelType w:val="hybridMultilevel"/>
    <w:tmpl w:val="4064A6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278CD"/>
    <w:multiLevelType w:val="hybridMultilevel"/>
    <w:tmpl w:val="5B8A2654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374E7"/>
    <w:multiLevelType w:val="hybridMultilevel"/>
    <w:tmpl w:val="186890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44A76"/>
    <w:multiLevelType w:val="hybridMultilevel"/>
    <w:tmpl w:val="C532C6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8279A"/>
    <w:multiLevelType w:val="hybridMultilevel"/>
    <w:tmpl w:val="6DCC9CE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36253A"/>
    <w:multiLevelType w:val="hybridMultilevel"/>
    <w:tmpl w:val="A7AE53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B16"/>
    <w:multiLevelType w:val="hybridMultilevel"/>
    <w:tmpl w:val="8B62C3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D491A"/>
    <w:multiLevelType w:val="hybridMultilevel"/>
    <w:tmpl w:val="3CD8AC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A6B9A"/>
    <w:multiLevelType w:val="hybridMultilevel"/>
    <w:tmpl w:val="7292CB08"/>
    <w:lvl w:ilvl="0" w:tplc="2240446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94221A"/>
    <w:multiLevelType w:val="hybridMultilevel"/>
    <w:tmpl w:val="D710FD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866B11"/>
    <w:multiLevelType w:val="hybridMultilevel"/>
    <w:tmpl w:val="75A48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A23CD"/>
    <w:multiLevelType w:val="hybridMultilevel"/>
    <w:tmpl w:val="3F5E741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A00044"/>
    <w:multiLevelType w:val="hybridMultilevel"/>
    <w:tmpl w:val="70365A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C13E67"/>
    <w:multiLevelType w:val="hybridMultilevel"/>
    <w:tmpl w:val="4F48D30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B470E"/>
    <w:multiLevelType w:val="hybridMultilevel"/>
    <w:tmpl w:val="FF90BD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0D8604E"/>
    <w:multiLevelType w:val="hybridMultilevel"/>
    <w:tmpl w:val="D06EB2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B0C77"/>
    <w:multiLevelType w:val="hybridMultilevel"/>
    <w:tmpl w:val="B18AA76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67739A"/>
    <w:multiLevelType w:val="hybridMultilevel"/>
    <w:tmpl w:val="75A26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5072"/>
    <w:multiLevelType w:val="hybridMultilevel"/>
    <w:tmpl w:val="D534BE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97846"/>
    <w:multiLevelType w:val="hybridMultilevel"/>
    <w:tmpl w:val="E1529A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F7F0E"/>
    <w:multiLevelType w:val="hybridMultilevel"/>
    <w:tmpl w:val="1AB606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159C3"/>
    <w:multiLevelType w:val="hybridMultilevel"/>
    <w:tmpl w:val="D39819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40B11"/>
    <w:multiLevelType w:val="hybridMultilevel"/>
    <w:tmpl w:val="8F1EDA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53BDD"/>
    <w:multiLevelType w:val="hybridMultilevel"/>
    <w:tmpl w:val="AB66121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53E5"/>
    <w:multiLevelType w:val="hybridMultilevel"/>
    <w:tmpl w:val="9C1200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220890"/>
    <w:multiLevelType w:val="hybridMultilevel"/>
    <w:tmpl w:val="5C629F5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D31C0"/>
    <w:multiLevelType w:val="hybridMultilevel"/>
    <w:tmpl w:val="853AA5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F357E"/>
    <w:multiLevelType w:val="hybridMultilevel"/>
    <w:tmpl w:val="E72632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E4ADC"/>
    <w:multiLevelType w:val="hybridMultilevel"/>
    <w:tmpl w:val="3F365386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21CE6"/>
    <w:multiLevelType w:val="hybridMultilevel"/>
    <w:tmpl w:val="CB0AD9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D6BC3"/>
    <w:multiLevelType w:val="hybridMultilevel"/>
    <w:tmpl w:val="C88080C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3B5867"/>
    <w:multiLevelType w:val="hybridMultilevel"/>
    <w:tmpl w:val="70B8C7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07335"/>
    <w:multiLevelType w:val="hybridMultilevel"/>
    <w:tmpl w:val="F5844B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B52EF"/>
    <w:multiLevelType w:val="hybridMultilevel"/>
    <w:tmpl w:val="BB62564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851453">
    <w:abstractNumId w:val="8"/>
  </w:num>
  <w:num w:numId="2" w16cid:durableId="875696154">
    <w:abstractNumId w:val="6"/>
  </w:num>
  <w:num w:numId="3" w16cid:durableId="763263303">
    <w:abstractNumId w:val="5"/>
  </w:num>
  <w:num w:numId="4" w16cid:durableId="1646472357">
    <w:abstractNumId w:val="4"/>
  </w:num>
  <w:num w:numId="5" w16cid:durableId="553853551">
    <w:abstractNumId w:val="7"/>
  </w:num>
  <w:num w:numId="6" w16cid:durableId="385295335">
    <w:abstractNumId w:val="3"/>
  </w:num>
  <w:num w:numId="7" w16cid:durableId="1929653027">
    <w:abstractNumId w:val="2"/>
  </w:num>
  <w:num w:numId="8" w16cid:durableId="1695107016">
    <w:abstractNumId w:val="1"/>
  </w:num>
  <w:num w:numId="9" w16cid:durableId="433289752">
    <w:abstractNumId w:val="0"/>
  </w:num>
  <w:num w:numId="10" w16cid:durableId="1252081492">
    <w:abstractNumId w:val="27"/>
  </w:num>
  <w:num w:numId="11" w16cid:durableId="748429414">
    <w:abstractNumId w:val="21"/>
  </w:num>
  <w:num w:numId="12" w16cid:durableId="1270968553">
    <w:abstractNumId w:val="35"/>
  </w:num>
  <w:num w:numId="13" w16cid:durableId="871310332">
    <w:abstractNumId w:val="25"/>
  </w:num>
  <w:num w:numId="14" w16cid:durableId="1771311943">
    <w:abstractNumId w:val="23"/>
  </w:num>
  <w:num w:numId="15" w16cid:durableId="195434343">
    <w:abstractNumId w:val="42"/>
  </w:num>
  <w:num w:numId="16" w16cid:durableId="1089037576">
    <w:abstractNumId w:val="20"/>
  </w:num>
  <w:num w:numId="17" w16cid:durableId="2029062775">
    <w:abstractNumId w:val="13"/>
  </w:num>
  <w:num w:numId="18" w16cid:durableId="721560854">
    <w:abstractNumId w:val="45"/>
  </w:num>
  <w:num w:numId="19" w16cid:durableId="1936551972">
    <w:abstractNumId w:val="40"/>
  </w:num>
  <w:num w:numId="20" w16cid:durableId="1835484949">
    <w:abstractNumId w:val="28"/>
  </w:num>
  <w:num w:numId="21" w16cid:durableId="1672947312">
    <w:abstractNumId w:val="37"/>
  </w:num>
  <w:num w:numId="22" w16cid:durableId="1780103949">
    <w:abstractNumId w:val="16"/>
  </w:num>
  <w:num w:numId="23" w16cid:durableId="1601260423">
    <w:abstractNumId w:val="24"/>
  </w:num>
  <w:num w:numId="24" w16cid:durableId="701785241">
    <w:abstractNumId w:val="26"/>
  </w:num>
  <w:num w:numId="25" w16cid:durableId="2128507101">
    <w:abstractNumId w:val="9"/>
  </w:num>
  <w:num w:numId="26" w16cid:durableId="1896547087">
    <w:abstractNumId w:val="44"/>
  </w:num>
  <w:num w:numId="27" w16cid:durableId="1723552443">
    <w:abstractNumId w:val="11"/>
  </w:num>
  <w:num w:numId="28" w16cid:durableId="1269696370">
    <w:abstractNumId w:val="34"/>
  </w:num>
  <w:num w:numId="29" w16cid:durableId="27607038">
    <w:abstractNumId w:val="17"/>
  </w:num>
  <w:num w:numId="30" w16cid:durableId="336032898">
    <w:abstractNumId w:val="38"/>
  </w:num>
  <w:num w:numId="31" w16cid:durableId="2126848606">
    <w:abstractNumId w:val="14"/>
  </w:num>
  <w:num w:numId="32" w16cid:durableId="657417377">
    <w:abstractNumId w:val="33"/>
  </w:num>
  <w:num w:numId="33" w16cid:durableId="1108813870">
    <w:abstractNumId w:val="18"/>
  </w:num>
  <w:num w:numId="34" w16cid:durableId="497035053">
    <w:abstractNumId w:val="15"/>
  </w:num>
  <w:num w:numId="35" w16cid:durableId="615257596">
    <w:abstractNumId w:val="12"/>
  </w:num>
  <w:num w:numId="36" w16cid:durableId="786001205">
    <w:abstractNumId w:val="29"/>
  </w:num>
  <w:num w:numId="37" w16cid:durableId="2060976379">
    <w:abstractNumId w:val="30"/>
  </w:num>
  <w:num w:numId="38" w16cid:durableId="588733161">
    <w:abstractNumId w:val="36"/>
  </w:num>
  <w:num w:numId="39" w16cid:durableId="1529683799">
    <w:abstractNumId w:val="41"/>
  </w:num>
  <w:num w:numId="40" w16cid:durableId="1458331285">
    <w:abstractNumId w:val="32"/>
  </w:num>
  <w:num w:numId="41" w16cid:durableId="2072583464">
    <w:abstractNumId w:val="31"/>
  </w:num>
  <w:num w:numId="42" w16cid:durableId="428427778">
    <w:abstractNumId w:val="43"/>
  </w:num>
  <w:num w:numId="43" w16cid:durableId="1008602266">
    <w:abstractNumId w:val="19"/>
  </w:num>
  <w:num w:numId="44" w16cid:durableId="398598977">
    <w:abstractNumId w:val="22"/>
  </w:num>
  <w:num w:numId="45" w16cid:durableId="1310480516">
    <w:abstractNumId w:val="10"/>
  </w:num>
  <w:num w:numId="46" w16cid:durableId="101406693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C0D"/>
    <w:rsid w:val="00034616"/>
    <w:rsid w:val="00036A05"/>
    <w:rsid w:val="0006063C"/>
    <w:rsid w:val="00075247"/>
    <w:rsid w:val="00083859"/>
    <w:rsid w:val="000A28D0"/>
    <w:rsid w:val="000C2714"/>
    <w:rsid w:val="0010161D"/>
    <w:rsid w:val="00125D14"/>
    <w:rsid w:val="00140AB6"/>
    <w:rsid w:val="0015074B"/>
    <w:rsid w:val="001972A0"/>
    <w:rsid w:val="001B2543"/>
    <w:rsid w:val="001C7546"/>
    <w:rsid w:val="001E3A93"/>
    <w:rsid w:val="001E7604"/>
    <w:rsid w:val="001F6D9E"/>
    <w:rsid w:val="002114F4"/>
    <w:rsid w:val="00212B88"/>
    <w:rsid w:val="00213876"/>
    <w:rsid w:val="0022635F"/>
    <w:rsid w:val="002363D9"/>
    <w:rsid w:val="00247941"/>
    <w:rsid w:val="00261190"/>
    <w:rsid w:val="0026285B"/>
    <w:rsid w:val="0029639D"/>
    <w:rsid w:val="002A2F26"/>
    <w:rsid w:val="002B54AB"/>
    <w:rsid w:val="002D0773"/>
    <w:rsid w:val="002D3A26"/>
    <w:rsid w:val="00305D1C"/>
    <w:rsid w:val="00314D27"/>
    <w:rsid w:val="003170F1"/>
    <w:rsid w:val="00326F90"/>
    <w:rsid w:val="0035297F"/>
    <w:rsid w:val="00354EBA"/>
    <w:rsid w:val="00366A6D"/>
    <w:rsid w:val="00381AB9"/>
    <w:rsid w:val="003A05B7"/>
    <w:rsid w:val="003A49D0"/>
    <w:rsid w:val="003C22A5"/>
    <w:rsid w:val="003F6CE8"/>
    <w:rsid w:val="00400D13"/>
    <w:rsid w:val="004238BC"/>
    <w:rsid w:val="00423EA4"/>
    <w:rsid w:val="00425103"/>
    <w:rsid w:val="0043376C"/>
    <w:rsid w:val="00436D45"/>
    <w:rsid w:val="004A7F1E"/>
    <w:rsid w:val="004B5101"/>
    <w:rsid w:val="004B6B05"/>
    <w:rsid w:val="004C77FE"/>
    <w:rsid w:val="004D0870"/>
    <w:rsid w:val="004E7EE5"/>
    <w:rsid w:val="00514639"/>
    <w:rsid w:val="00517D8E"/>
    <w:rsid w:val="00564C4D"/>
    <w:rsid w:val="00593252"/>
    <w:rsid w:val="005D66D4"/>
    <w:rsid w:val="005D76EE"/>
    <w:rsid w:val="006175A7"/>
    <w:rsid w:val="00630F49"/>
    <w:rsid w:val="00652748"/>
    <w:rsid w:val="0065488C"/>
    <w:rsid w:val="006A2567"/>
    <w:rsid w:val="006B03E0"/>
    <w:rsid w:val="006E5893"/>
    <w:rsid w:val="006F7A9C"/>
    <w:rsid w:val="00724BB2"/>
    <w:rsid w:val="007359C6"/>
    <w:rsid w:val="00761856"/>
    <w:rsid w:val="007A5CB9"/>
    <w:rsid w:val="007B242F"/>
    <w:rsid w:val="007F6D39"/>
    <w:rsid w:val="0080489E"/>
    <w:rsid w:val="008064B4"/>
    <w:rsid w:val="00820DFC"/>
    <w:rsid w:val="008606F3"/>
    <w:rsid w:val="008B7B20"/>
    <w:rsid w:val="008E4E5E"/>
    <w:rsid w:val="008E70FA"/>
    <w:rsid w:val="0090033A"/>
    <w:rsid w:val="00930A62"/>
    <w:rsid w:val="009339E6"/>
    <w:rsid w:val="00951D35"/>
    <w:rsid w:val="00993186"/>
    <w:rsid w:val="0099798A"/>
    <w:rsid w:val="009D58E2"/>
    <w:rsid w:val="00A6593D"/>
    <w:rsid w:val="00A855BF"/>
    <w:rsid w:val="00A864DF"/>
    <w:rsid w:val="00AA1D8D"/>
    <w:rsid w:val="00AA7CC0"/>
    <w:rsid w:val="00B36AC1"/>
    <w:rsid w:val="00B47730"/>
    <w:rsid w:val="00B5656F"/>
    <w:rsid w:val="00B74423"/>
    <w:rsid w:val="00B87B85"/>
    <w:rsid w:val="00B904BE"/>
    <w:rsid w:val="00BA261D"/>
    <w:rsid w:val="00BF5F45"/>
    <w:rsid w:val="00C2693E"/>
    <w:rsid w:val="00C635AE"/>
    <w:rsid w:val="00C952A6"/>
    <w:rsid w:val="00CB0664"/>
    <w:rsid w:val="00CC21BC"/>
    <w:rsid w:val="00CC365C"/>
    <w:rsid w:val="00CD3584"/>
    <w:rsid w:val="00CE5348"/>
    <w:rsid w:val="00D00A48"/>
    <w:rsid w:val="00D14CE2"/>
    <w:rsid w:val="00D1667F"/>
    <w:rsid w:val="00D2390C"/>
    <w:rsid w:val="00D43D3A"/>
    <w:rsid w:val="00D502BA"/>
    <w:rsid w:val="00D60D2C"/>
    <w:rsid w:val="00D63B74"/>
    <w:rsid w:val="00D63FB4"/>
    <w:rsid w:val="00D82913"/>
    <w:rsid w:val="00D96BD6"/>
    <w:rsid w:val="00DA6F1E"/>
    <w:rsid w:val="00DB7AAF"/>
    <w:rsid w:val="00DC7E35"/>
    <w:rsid w:val="00DD73C1"/>
    <w:rsid w:val="00DD740E"/>
    <w:rsid w:val="00DE0F1B"/>
    <w:rsid w:val="00DF3794"/>
    <w:rsid w:val="00E42C5F"/>
    <w:rsid w:val="00E4761A"/>
    <w:rsid w:val="00E54657"/>
    <w:rsid w:val="00E6732F"/>
    <w:rsid w:val="00E70223"/>
    <w:rsid w:val="00E74CB1"/>
    <w:rsid w:val="00EA37AD"/>
    <w:rsid w:val="00F15444"/>
    <w:rsid w:val="00F260C2"/>
    <w:rsid w:val="00F51050"/>
    <w:rsid w:val="00F56622"/>
    <w:rsid w:val="00F57A79"/>
    <w:rsid w:val="00F57B0F"/>
    <w:rsid w:val="00F7743E"/>
    <w:rsid w:val="00FA2D07"/>
    <w:rsid w:val="00FC4928"/>
    <w:rsid w:val="00FC693F"/>
    <w:rsid w:val="00FD1DC5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F7C22"/>
  <w14:defaultImageDpi w14:val="300"/>
  <w15:docId w15:val="{185667B8-E8FA-4C07-8C60-B4181825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65C"/>
    <w:rPr>
      <w:rFonts w:ascii="Arial" w:eastAsia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5B7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05B7"/>
    <w:pPr>
      <w:keepNext/>
      <w:keepLines/>
      <w:spacing w:before="280" w:after="1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635F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A05B7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A05B7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635F"/>
    <w:rPr>
      <w:rFonts w:asciiTheme="majorHAnsi" w:eastAsiaTheme="majorEastAsia" w:hAnsiTheme="majorHAnsi" w:cstheme="majorBidi"/>
      <w:b/>
      <w:bCs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E70FA"/>
    <w:pPr>
      <w:spacing w:after="120"/>
      <w:ind w:left="737" w:hanging="170"/>
      <w:contextualSpacing/>
    </w:pPr>
    <w:rPr>
      <w:rFonts w:ascii="Calibri" w:hAnsi="Calibri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PlainTable1">
    <w:name w:val="Plain Table 1"/>
    <w:basedOn w:val="TableNormal"/>
    <w:uiPriority w:val="9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B5101"/>
    <w:rPr>
      <w:rFonts w:ascii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B36AC1"/>
    <w:pPr>
      <w:spacing w:after="0" w:line="240" w:lineRule="auto"/>
    </w:pPr>
    <w:rPr>
      <w:rFonts w:ascii="Arial" w:eastAsia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Ellen Connolly</cp:lastModifiedBy>
  <cp:revision>6</cp:revision>
  <dcterms:created xsi:type="dcterms:W3CDTF">2025-07-15T14:36:00Z</dcterms:created>
  <dcterms:modified xsi:type="dcterms:W3CDTF">2025-07-16T08:08:00Z</dcterms:modified>
  <cp:category/>
</cp:coreProperties>
</file>