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161091" w14:textId="1CD3C548" w:rsidR="00724BB2" w:rsidRDefault="00724BB2" w:rsidP="00724BB2">
      <w:pPr>
        <w:pStyle w:val="Heading1"/>
      </w:pPr>
      <w:r>
        <w:t xml:space="preserve">PPN </w:t>
      </w:r>
      <w:r w:rsidR="00305D1C">
        <w:t xml:space="preserve">Network </w:t>
      </w:r>
      <w:r>
        <w:t>Support Worker – Candidate Declaration Fo</w:t>
      </w:r>
      <w:r w:rsidR="00305D1C">
        <w:t>r</w:t>
      </w:r>
      <w:r>
        <w:t>m</w:t>
      </w:r>
    </w:p>
    <w:p w14:paraId="5E559575" w14:textId="00019145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Calibri" w:hAnsi="Calibri" w:cs="Calibri"/>
          <w:szCs w:val="24"/>
        </w:rPr>
        <w:t>Please complete this form and submit it with your application. It helps us verify your eligibility and understand your background in relation to the role.</w:t>
      </w:r>
      <w:r w:rsidRPr="0090033A">
        <w:rPr>
          <w:rFonts w:ascii="Calibri" w:hAnsi="Calibri" w:cs="Calibri"/>
          <w:szCs w:val="24"/>
        </w:rPr>
        <w:br/>
        <w:t>Candidate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6"/>
        <w:gridCol w:w="4314"/>
      </w:tblGrid>
      <w:tr w:rsidR="00724BB2" w:rsidRPr="0090033A" w14:paraId="65073098" w14:textId="77777777" w:rsidTr="00E800C0">
        <w:tc>
          <w:tcPr>
            <w:tcW w:w="4320" w:type="dxa"/>
          </w:tcPr>
          <w:p w14:paraId="14538658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  <w:r w:rsidRPr="0090033A">
              <w:rPr>
                <w:rFonts w:ascii="Calibri" w:hAnsi="Calibri" w:cs="Calibri"/>
                <w:szCs w:val="24"/>
              </w:rPr>
              <w:t>Full Name:</w:t>
            </w:r>
          </w:p>
        </w:tc>
        <w:tc>
          <w:tcPr>
            <w:tcW w:w="4320" w:type="dxa"/>
          </w:tcPr>
          <w:p w14:paraId="63559377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</w:p>
        </w:tc>
      </w:tr>
      <w:tr w:rsidR="00724BB2" w:rsidRPr="0090033A" w14:paraId="70EBA1BA" w14:textId="77777777" w:rsidTr="00E800C0">
        <w:tc>
          <w:tcPr>
            <w:tcW w:w="4320" w:type="dxa"/>
          </w:tcPr>
          <w:p w14:paraId="5FE0146E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  <w:r w:rsidRPr="0090033A">
              <w:rPr>
                <w:rFonts w:ascii="Calibri" w:hAnsi="Calibri" w:cs="Calibri"/>
                <w:szCs w:val="24"/>
              </w:rPr>
              <w:t>Phone Number:</w:t>
            </w:r>
          </w:p>
        </w:tc>
        <w:tc>
          <w:tcPr>
            <w:tcW w:w="4320" w:type="dxa"/>
          </w:tcPr>
          <w:p w14:paraId="327C984D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</w:p>
        </w:tc>
      </w:tr>
      <w:tr w:rsidR="00724BB2" w:rsidRPr="0090033A" w14:paraId="4D81668D" w14:textId="77777777" w:rsidTr="00E800C0">
        <w:tc>
          <w:tcPr>
            <w:tcW w:w="4320" w:type="dxa"/>
          </w:tcPr>
          <w:p w14:paraId="1AA86205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  <w:r w:rsidRPr="0090033A">
              <w:rPr>
                <w:rFonts w:ascii="Calibri" w:hAnsi="Calibri" w:cs="Calibri"/>
                <w:szCs w:val="24"/>
              </w:rPr>
              <w:t>Email Address:</w:t>
            </w:r>
          </w:p>
        </w:tc>
        <w:tc>
          <w:tcPr>
            <w:tcW w:w="4320" w:type="dxa"/>
          </w:tcPr>
          <w:p w14:paraId="48C520A0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</w:p>
        </w:tc>
      </w:tr>
      <w:tr w:rsidR="00724BB2" w:rsidRPr="0090033A" w14:paraId="56866347" w14:textId="77777777" w:rsidTr="00E800C0">
        <w:tc>
          <w:tcPr>
            <w:tcW w:w="4320" w:type="dxa"/>
          </w:tcPr>
          <w:p w14:paraId="7848138C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  <w:r w:rsidRPr="0090033A">
              <w:rPr>
                <w:rFonts w:ascii="Calibri" w:hAnsi="Calibri" w:cs="Calibri"/>
                <w:szCs w:val="24"/>
              </w:rPr>
              <w:t>Are you eligible to work in Ireland? (Yes/No):</w:t>
            </w:r>
          </w:p>
        </w:tc>
        <w:tc>
          <w:tcPr>
            <w:tcW w:w="4320" w:type="dxa"/>
          </w:tcPr>
          <w:p w14:paraId="0022EA62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</w:p>
        </w:tc>
      </w:tr>
      <w:tr w:rsidR="00724BB2" w:rsidRPr="0090033A" w14:paraId="7841375E" w14:textId="77777777" w:rsidTr="00E800C0">
        <w:tc>
          <w:tcPr>
            <w:tcW w:w="4320" w:type="dxa"/>
          </w:tcPr>
          <w:p w14:paraId="7C9B850A" w14:textId="0BA6669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  <w:r w:rsidRPr="0090033A">
              <w:rPr>
                <w:rFonts w:ascii="Calibri" w:hAnsi="Calibri" w:cs="Calibri"/>
                <w:szCs w:val="24"/>
              </w:rPr>
              <w:t xml:space="preserve">Do you hold a full clean driving </w:t>
            </w:r>
            <w:r w:rsidR="00564C4D" w:rsidRPr="0090033A">
              <w:rPr>
                <w:rFonts w:ascii="Calibri" w:hAnsi="Calibri" w:cs="Calibri"/>
                <w:szCs w:val="24"/>
              </w:rPr>
              <w:t>license</w:t>
            </w:r>
            <w:r w:rsidRPr="0090033A">
              <w:rPr>
                <w:rFonts w:ascii="Calibri" w:hAnsi="Calibri" w:cs="Calibri"/>
                <w:szCs w:val="24"/>
              </w:rPr>
              <w:t>? (Yes/No):</w:t>
            </w:r>
          </w:p>
        </w:tc>
        <w:tc>
          <w:tcPr>
            <w:tcW w:w="4320" w:type="dxa"/>
          </w:tcPr>
          <w:p w14:paraId="754BCE96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</w:p>
        </w:tc>
      </w:tr>
    </w:tbl>
    <w:p w14:paraId="78F5FA1F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Calibri" w:hAnsi="Calibri" w:cs="Calibri"/>
          <w:szCs w:val="24"/>
        </w:rPr>
        <w:br/>
        <w:t>Please confirm the following by ticking each box:</w:t>
      </w:r>
    </w:p>
    <w:p w14:paraId="0F896389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Segoe UI Symbol" w:hAnsi="Segoe UI Symbol" w:cs="Segoe UI Symbol"/>
          <w:szCs w:val="24"/>
        </w:rPr>
        <w:t>☐</w:t>
      </w:r>
      <w:r w:rsidRPr="0090033A">
        <w:rPr>
          <w:rFonts w:ascii="Calibri" w:hAnsi="Calibri" w:cs="Calibri"/>
          <w:szCs w:val="24"/>
        </w:rPr>
        <w:t xml:space="preserve"> I have attached a cover letter outlining why I am suitable for the role.</w:t>
      </w:r>
    </w:p>
    <w:p w14:paraId="24BC4461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Segoe UI Symbol" w:hAnsi="Segoe UI Symbol" w:cs="Segoe UI Symbol"/>
          <w:szCs w:val="24"/>
        </w:rPr>
        <w:t>☐</w:t>
      </w:r>
      <w:r w:rsidRPr="0090033A">
        <w:rPr>
          <w:rFonts w:ascii="Calibri" w:hAnsi="Calibri" w:cs="Calibri"/>
          <w:szCs w:val="24"/>
        </w:rPr>
        <w:t xml:space="preserve"> I have attached a current CV.</w:t>
      </w:r>
    </w:p>
    <w:p w14:paraId="65980D42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Segoe UI Symbol" w:hAnsi="Segoe UI Symbol" w:cs="Segoe UI Symbol"/>
          <w:szCs w:val="24"/>
        </w:rPr>
        <w:t>☐</w:t>
      </w:r>
      <w:r w:rsidRPr="0090033A">
        <w:rPr>
          <w:rFonts w:ascii="Calibri" w:hAnsi="Calibri" w:cs="Calibri"/>
          <w:szCs w:val="24"/>
        </w:rPr>
        <w:t xml:space="preserve"> I have at least 2 years of relevant administrative or related experience.</w:t>
      </w:r>
    </w:p>
    <w:p w14:paraId="15419CE2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Segoe UI Symbol" w:hAnsi="Segoe UI Symbol" w:cs="Segoe UI Symbol"/>
          <w:szCs w:val="24"/>
        </w:rPr>
        <w:t>☐</w:t>
      </w:r>
      <w:r w:rsidRPr="0090033A">
        <w:rPr>
          <w:rFonts w:ascii="Calibri" w:hAnsi="Calibri" w:cs="Calibri"/>
          <w:szCs w:val="24"/>
        </w:rPr>
        <w:t xml:space="preserve"> I understand the role of the Public Participation Network (PPN).</w:t>
      </w:r>
    </w:p>
    <w:p w14:paraId="699C446D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Segoe UI Symbol" w:hAnsi="Segoe UI Symbol" w:cs="Segoe UI Symbol"/>
          <w:szCs w:val="24"/>
        </w:rPr>
        <w:t>☐</w:t>
      </w:r>
      <w:r w:rsidRPr="0090033A">
        <w:rPr>
          <w:rFonts w:ascii="Calibri" w:hAnsi="Calibri" w:cs="Calibri"/>
          <w:szCs w:val="24"/>
        </w:rPr>
        <w:t xml:space="preserve"> I have some experience in or understanding of community, voluntary or local government work.</w:t>
      </w:r>
    </w:p>
    <w:p w14:paraId="535FC5C7" w14:textId="43CC9E05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Segoe UI Symbol" w:hAnsi="Segoe UI Symbol" w:cs="Segoe UI Symbol"/>
          <w:szCs w:val="24"/>
        </w:rPr>
        <w:t>☐</w:t>
      </w:r>
      <w:r w:rsidRPr="0090033A">
        <w:rPr>
          <w:rFonts w:ascii="Calibri" w:hAnsi="Calibri" w:cs="Calibri"/>
          <w:szCs w:val="24"/>
        </w:rPr>
        <w:t xml:space="preserve"> I am comfortable using email, Microsoft Office/Google Workspace and digital tools.</w:t>
      </w:r>
      <w:r w:rsidRPr="0090033A">
        <w:rPr>
          <w:rFonts w:ascii="Calibri" w:hAnsi="Calibri" w:cs="Calibri"/>
          <w:szCs w:val="24"/>
        </w:rPr>
        <w:br/>
        <w:t>Declaration</w:t>
      </w:r>
    </w:p>
    <w:p w14:paraId="1C3334F8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Calibri" w:hAnsi="Calibri" w:cs="Calibri"/>
          <w:szCs w:val="24"/>
        </w:rPr>
        <w:t>I confirm that the information provided is true and correct to the best of my knowledge. I understand that any false statement may disqualify me from the recruitment process.</w:t>
      </w:r>
    </w:p>
    <w:p w14:paraId="7383C11E" w14:textId="08657DE5" w:rsidR="00724BB2" w:rsidRPr="00400D13" w:rsidRDefault="00724BB2" w:rsidP="00724BB2">
      <w:pPr>
        <w:rPr>
          <w:rFonts w:ascii="Calibri" w:hAnsi="Calibri" w:cs="Calibri"/>
          <w:szCs w:val="24"/>
          <w:lang w:val="fr-FR"/>
        </w:rPr>
      </w:pPr>
      <w:r w:rsidRPr="00400D13">
        <w:rPr>
          <w:rFonts w:ascii="Calibri" w:hAnsi="Calibri" w:cs="Calibri"/>
          <w:szCs w:val="24"/>
          <w:lang w:val="fr-FR"/>
        </w:rPr>
        <w:br/>
        <w:t>Signature: ______________________________________</w:t>
      </w:r>
      <w:r w:rsidR="00400D13" w:rsidRPr="00400D13">
        <w:rPr>
          <w:rFonts w:ascii="Calibri" w:hAnsi="Calibri" w:cs="Calibri"/>
          <w:szCs w:val="24"/>
          <w:lang w:val="fr-FR"/>
        </w:rPr>
        <w:t>(Digital signature Ac</w:t>
      </w:r>
      <w:r w:rsidR="00400D13">
        <w:rPr>
          <w:rFonts w:ascii="Calibri" w:hAnsi="Calibri" w:cs="Calibri"/>
          <w:szCs w:val="24"/>
          <w:lang w:val="fr-FR"/>
        </w:rPr>
        <w:t>cepted)</w:t>
      </w:r>
    </w:p>
    <w:p w14:paraId="2094907D" w14:textId="77777777" w:rsidR="00724BB2" w:rsidRPr="00400D13" w:rsidRDefault="00724BB2" w:rsidP="00724BB2">
      <w:pPr>
        <w:rPr>
          <w:rFonts w:ascii="Calibri" w:hAnsi="Calibri" w:cs="Calibri"/>
          <w:szCs w:val="24"/>
          <w:lang w:val="fr-FR"/>
        </w:rPr>
      </w:pPr>
      <w:r w:rsidRPr="00400D13">
        <w:rPr>
          <w:rFonts w:ascii="Calibri" w:hAnsi="Calibri" w:cs="Calibri"/>
          <w:szCs w:val="24"/>
          <w:lang w:val="fr-FR"/>
        </w:rPr>
        <w:t>Date: ___________________</w:t>
      </w:r>
    </w:p>
    <w:p w14:paraId="7AC5B74D" w14:textId="77777777" w:rsidR="00724BB2" w:rsidRPr="00400D13" w:rsidRDefault="00724BB2" w:rsidP="002D3A26">
      <w:pPr>
        <w:contextualSpacing/>
        <w:mirrorIndents/>
        <w:rPr>
          <w:rFonts w:ascii="Calibri" w:hAnsi="Calibri" w:cs="Calibri"/>
          <w:sz w:val="20"/>
          <w:szCs w:val="20"/>
          <w:lang w:val="fr-FR"/>
        </w:rPr>
      </w:pPr>
    </w:p>
    <w:sectPr w:rsidR="00724BB2" w:rsidRPr="00400D13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B5085" w14:textId="77777777" w:rsidR="006A2567" w:rsidRDefault="006A2567" w:rsidP="000C2714">
      <w:pPr>
        <w:spacing w:after="0" w:line="240" w:lineRule="auto"/>
      </w:pPr>
      <w:r>
        <w:separator/>
      </w:r>
    </w:p>
  </w:endnote>
  <w:endnote w:type="continuationSeparator" w:id="0">
    <w:p w14:paraId="42262E48" w14:textId="77777777" w:rsidR="006A2567" w:rsidRDefault="006A2567" w:rsidP="000C2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6B015" w14:textId="77777777" w:rsidR="006A2567" w:rsidRDefault="006A2567" w:rsidP="000C2714">
      <w:pPr>
        <w:spacing w:after="0" w:line="240" w:lineRule="auto"/>
      </w:pPr>
      <w:r>
        <w:separator/>
      </w:r>
    </w:p>
  </w:footnote>
  <w:footnote w:type="continuationSeparator" w:id="0">
    <w:p w14:paraId="0B1042DF" w14:textId="77777777" w:rsidR="006A2567" w:rsidRDefault="006A2567" w:rsidP="000C2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E18C4" w14:textId="298243CD" w:rsidR="00B74423" w:rsidRDefault="00B74423" w:rsidP="00B74423">
    <w:pPr>
      <w:pStyle w:val="Header"/>
      <w:jc w:val="right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56FE0A0" wp14:editId="5880DD25">
          <wp:simplePos x="0" y="0"/>
          <wp:positionH relativeFrom="margin">
            <wp:posOffset>4659630</wp:posOffset>
          </wp:positionH>
          <wp:positionV relativeFrom="margin">
            <wp:posOffset>-762000</wp:posOffset>
          </wp:positionV>
          <wp:extent cx="1616075" cy="704850"/>
          <wp:effectExtent l="0" t="0" r="3175" b="0"/>
          <wp:wrapSquare wrapText="bothSides"/>
          <wp:docPr id="77174648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174648" name="Picture 1" descr="A close-up of a 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6075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2225C82D" wp14:editId="1E7D321A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C923EE" w14:textId="37FA7F08" w:rsidR="00B74423" w:rsidRDefault="00B74423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25C82D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26" type="#_x0000_t202" style="position:absolute;left:0;text-align:left;margin-left:0;margin-top:0;width:468pt;height:13.45pt;z-index:251658241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p w14:paraId="6AC923EE" w14:textId="37FA7F08" w:rsidR="00B74423" w:rsidRDefault="00B74423">
                    <w:pPr>
                      <w:spacing w:after="0" w:line="240" w:lineRule="auto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3F7DB6C" wp14:editId="16A99F1F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6FC1DB7" w14:textId="77777777" w:rsidR="00B74423" w:rsidRDefault="00B74423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F7DB6C" id="Text Box 69" o:spid="_x0000_s1027" type="#_x0000_t202" style="position:absolute;left:0;text-align:left;margin-left:0;margin-top:0;width:1in;height:13.45pt;z-index:251658240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+xDQIAAAgEAAAOAAAAZHJzL2Uyb0RvYy54bWysU9uO0zAQfUfiHyy/06SrpSxR09XSVRHS&#10;cpEWPmDqOI2F4zFjt0n5esZO213gDZEHKzO2z5k5c7y8HXsrDpqCQVfL+ayUQjuFjXG7Wn77unl1&#10;I0WI4Bqw6HQtjzrI29XLF8vBV/oKO7SNJsEgLlSDr2UXo6+KIqhO9xBm6LXjzRaph8gh7YqGYGD0&#10;3hZXZbkoBqTGEyodAmfvp025yvhtq1X83LZBR2FrybXFvFJet2ktVkuodgS+M+pUBvxDFT0Yx6QX&#10;qHuIIPZk/oLqjSIM2MaZwr7AtjVK5x64m3n5RzePHXide2Fxgr/IFP4frPp0ePRfSMTxHY48wNxE&#10;8A+ovgfhcN2B2+k7Ihw6DQ0Tz5NkxeBDdbqapA5VSCDb4SM2PGTYR8xAY0t9UoX7FIzOAzheRNdj&#10;FIqTb+fX1yXvKN6avylv5q8zA1Tny55CfK+xF+mnlsQzzeBweAgxFQPV+UjiCmhNszHW5iD5SK8t&#10;iQOwA0Ap7eIiX7f7nqud8ouSv8kLnGbHTGmua0ozRXZkQsqEv5FYl6gcJtKpnpTJGiVZJoHiuB2F&#10;aU4CJsm22BxZNMLJlPyI+KdD+inFwIasZfixB9JS2A+Ohc86sYNzwHrR8+z2nAWnGKKWKpIUU7CO&#10;k9/3nsyuY47zkO94TBuTJXyq51Q42y03enoayc/P43zq6QGvfgEAAP//AwBQSwMEFAAGAAgAAAAh&#10;AEBxNDjbAAAABAEAAA8AAABkcnMvZG93bnJldi54bWxMj0FLw0AQhe+C/2EZwZvdGEqpMZsigori&#10;xVQFb9PsNIlmZ9PstIn/3q0XvTx4vOG9b/LV5Dp1oCG0ng1czhJQxJW3LdcGXtd3F0tQQZAtdp7J&#10;wDcFWBWnJzlm1o/8QodSahVLOGRooBHpM61D1ZDDMPM9ccy2fnAo0Q61tgOOsdx1Ok2ShXbYclxo&#10;sKfbhqqvcu8MPPG7G9Pl/cP2cQpvz596V37Izpjzs+nmGpTQJH/HcMSP6FBEpo3fsw2qMxAfkV89&#10;ZvN5tBsD6eIKdJHr//DFDwAAAP//AwBQSwECLQAUAAYACAAAACEAtoM4kv4AAADhAQAAEwAAAAAA&#10;AAAAAAAAAAAAAAAAW0NvbnRlbnRfVHlwZXNdLnhtbFBLAQItABQABgAIAAAAIQA4/SH/1gAAAJQB&#10;AAALAAAAAAAAAAAAAAAAAC8BAABfcmVscy8ucmVsc1BLAQItABQABgAIAAAAIQBX7A+xDQIAAAgE&#10;AAAOAAAAAAAAAAAAAAAAAC4CAABkcnMvZTJvRG9jLnhtbFBLAQItABQABgAIAAAAIQBAcTQ42wAA&#10;AAQBAAAPAAAAAAAAAAAAAAAAAGcEAABkcnMvZG93bnJldi54bWxQSwUGAAAAAAQABADzAAAAbwUA&#10;AAAA&#10;" o:allowincell="f" fillcolor="#fabf8f [1945]" stroked="f">
              <v:textbox style="mso-fit-shape-to-text:t" inset=",0,,0">
                <w:txbxContent>
                  <w:p w14:paraId="26FC1DB7" w14:textId="77777777" w:rsidR="00B74423" w:rsidRDefault="00B74423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C7109D8"/>
    <w:multiLevelType w:val="hybridMultilevel"/>
    <w:tmpl w:val="A24014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E3488D"/>
    <w:multiLevelType w:val="hybridMultilevel"/>
    <w:tmpl w:val="265C11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E21AD0"/>
    <w:multiLevelType w:val="hybridMultilevel"/>
    <w:tmpl w:val="862CD4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1558C"/>
    <w:multiLevelType w:val="hybridMultilevel"/>
    <w:tmpl w:val="4064A6E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278CD"/>
    <w:multiLevelType w:val="hybridMultilevel"/>
    <w:tmpl w:val="5B8A2654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6374E7"/>
    <w:multiLevelType w:val="hybridMultilevel"/>
    <w:tmpl w:val="186890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944A76"/>
    <w:multiLevelType w:val="hybridMultilevel"/>
    <w:tmpl w:val="C532C61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08279A"/>
    <w:multiLevelType w:val="hybridMultilevel"/>
    <w:tmpl w:val="6DCC9CEC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8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A36253A"/>
    <w:multiLevelType w:val="hybridMultilevel"/>
    <w:tmpl w:val="A7AE53A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F21B16"/>
    <w:multiLevelType w:val="hybridMultilevel"/>
    <w:tmpl w:val="8B62C3B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5D491A"/>
    <w:multiLevelType w:val="hybridMultilevel"/>
    <w:tmpl w:val="3CD8ACB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DA6B9A"/>
    <w:multiLevelType w:val="hybridMultilevel"/>
    <w:tmpl w:val="7292CB08"/>
    <w:lvl w:ilvl="0" w:tplc="2240446A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294221A"/>
    <w:multiLevelType w:val="hybridMultilevel"/>
    <w:tmpl w:val="D710FDB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866B11"/>
    <w:multiLevelType w:val="hybridMultilevel"/>
    <w:tmpl w:val="75A4832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EA23CD"/>
    <w:multiLevelType w:val="hybridMultilevel"/>
    <w:tmpl w:val="3F5E7412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A00044"/>
    <w:multiLevelType w:val="hybridMultilevel"/>
    <w:tmpl w:val="70365AB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6C13E67"/>
    <w:multiLevelType w:val="hybridMultilevel"/>
    <w:tmpl w:val="4F48D30E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0B470E"/>
    <w:multiLevelType w:val="hybridMultilevel"/>
    <w:tmpl w:val="FF90BDC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8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0D8604E"/>
    <w:multiLevelType w:val="hybridMultilevel"/>
    <w:tmpl w:val="D06EB2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4B0C77"/>
    <w:multiLevelType w:val="hybridMultilevel"/>
    <w:tmpl w:val="B18AA762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67739A"/>
    <w:multiLevelType w:val="hybridMultilevel"/>
    <w:tmpl w:val="75A26C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A5072"/>
    <w:multiLevelType w:val="hybridMultilevel"/>
    <w:tmpl w:val="D534BE7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797846"/>
    <w:multiLevelType w:val="hybridMultilevel"/>
    <w:tmpl w:val="E1529AF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4F7F0E"/>
    <w:multiLevelType w:val="hybridMultilevel"/>
    <w:tmpl w:val="1AB606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8159C3"/>
    <w:multiLevelType w:val="hybridMultilevel"/>
    <w:tmpl w:val="D39819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A40B11"/>
    <w:multiLevelType w:val="hybridMultilevel"/>
    <w:tmpl w:val="8F1EDA7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653BDD"/>
    <w:multiLevelType w:val="hybridMultilevel"/>
    <w:tmpl w:val="AB66121E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5D53E5"/>
    <w:multiLevelType w:val="hybridMultilevel"/>
    <w:tmpl w:val="9C1200C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220890"/>
    <w:multiLevelType w:val="hybridMultilevel"/>
    <w:tmpl w:val="5C629F5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3D31C0"/>
    <w:multiLevelType w:val="hybridMultilevel"/>
    <w:tmpl w:val="853AA5A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9F357E"/>
    <w:multiLevelType w:val="hybridMultilevel"/>
    <w:tmpl w:val="E726326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7E4ADC"/>
    <w:multiLevelType w:val="hybridMultilevel"/>
    <w:tmpl w:val="3F365386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F21CE6"/>
    <w:multiLevelType w:val="hybridMultilevel"/>
    <w:tmpl w:val="CB0AD9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6D6BC3"/>
    <w:multiLevelType w:val="hybridMultilevel"/>
    <w:tmpl w:val="C88080C2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3B5867"/>
    <w:multiLevelType w:val="hybridMultilevel"/>
    <w:tmpl w:val="70B8C70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C07335"/>
    <w:multiLevelType w:val="hybridMultilevel"/>
    <w:tmpl w:val="F5844BF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3B52EF"/>
    <w:multiLevelType w:val="hybridMultilevel"/>
    <w:tmpl w:val="BB62564E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3851453">
    <w:abstractNumId w:val="8"/>
  </w:num>
  <w:num w:numId="2" w16cid:durableId="875696154">
    <w:abstractNumId w:val="6"/>
  </w:num>
  <w:num w:numId="3" w16cid:durableId="763263303">
    <w:abstractNumId w:val="5"/>
  </w:num>
  <w:num w:numId="4" w16cid:durableId="1646472357">
    <w:abstractNumId w:val="4"/>
  </w:num>
  <w:num w:numId="5" w16cid:durableId="553853551">
    <w:abstractNumId w:val="7"/>
  </w:num>
  <w:num w:numId="6" w16cid:durableId="385295335">
    <w:abstractNumId w:val="3"/>
  </w:num>
  <w:num w:numId="7" w16cid:durableId="1929653027">
    <w:abstractNumId w:val="2"/>
  </w:num>
  <w:num w:numId="8" w16cid:durableId="1695107016">
    <w:abstractNumId w:val="1"/>
  </w:num>
  <w:num w:numId="9" w16cid:durableId="433289752">
    <w:abstractNumId w:val="0"/>
  </w:num>
  <w:num w:numId="10" w16cid:durableId="1252081492">
    <w:abstractNumId w:val="27"/>
  </w:num>
  <w:num w:numId="11" w16cid:durableId="748429414">
    <w:abstractNumId w:val="21"/>
  </w:num>
  <w:num w:numId="12" w16cid:durableId="1270968553">
    <w:abstractNumId w:val="35"/>
  </w:num>
  <w:num w:numId="13" w16cid:durableId="871310332">
    <w:abstractNumId w:val="25"/>
  </w:num>
  <w:num w:numId="14" w16cid:durableId="1771311943">
    <w:abstractNumId w:val="23"/>
  </w:num>
  <w:num w:numId="15" w16cid:durableId="195434343">
    <w:abstractNumId w:val="42"/>
  </w:num>
  <w:num w:numId="16" w16cid:durableId="1089037576">
    <w:abstractNumId w:val="20"/>
  </w:num>
  <w:num w:numId="17" w16cid:durableId="2029062775">
    <w:abstractNumId w:val="13"/>
  </w:num>
  <w:num w:numId="18" w16cid:durableId="721560854">
    <w:abstractNumId w:val="45"/>
  </w:num>
  <w:num w:numId="19" w16cid:durableId="1936551972">
    <w:abstractNumId w:val="40"/>
  </w:num>
  <w:num w:numId="20" w16cid:durableId="1835484949">
    <w:abstractNumId w:val="28"/>
  </w:num>
  <w:num w:numId="21" w16cid:durableId="1672947312">
    <w:abstractNumId w:val="37"/>
  </w:num>
  <w:num w:numId="22" w16cid:durableId="1780103949">
    <w:abstractNumId w:val="16"/>
  </w:num>
  <w:num w:numId="23" w16cid:durableId="1601260423">
    <w:abstractNumId w:val="24"/>
  </w:num>
  <w:num w:numId="24" w16cid:durableId="701785241">
    <w:abstractNumId w:val="26"/>
  </w:num>
  <w:num w:numId="25" w16cid:durableId="2128507101">
    <w:abstractNumId w:val="9"/>
  </w:num>
  <w:num w:numId="26" w16cid:durableId="1896547087">
    <w:abstractNumId w:val="44"/>
  </w:num>
  <w:num w:numId="27" w16cid:durableId="1723552443">
    <w:abstractNumId w:val="11"/>
  </w:num>
  <w:num w:numId="28" w16cid:durableId="1269696370">
    <w:abstractNumId w:val="34"/>
  </w:num>
  <w:num w:numId="29" w16cid:durableId="27607038">
    <w:abstractNumId w:val="17"/>
  </w:num>
  <w:num w:numId="30" w16cid:durableId="336032898">
    <w:abstractNumId w:val="38"/>
  </w:num>
  <w:num w:numId="31" w16cid:durableId="2126848606">
    <w:abstractNumId w:val="14"/>
  </w:num>
  <w:num w:numId="32" w16cid:durableId="657417377">
    <w:abstractNumId w:val="33"/>
  </w:num>
  <w:num w:numId="33" w16cid:durableId="1108813870">
    <w:abstractNumId w:val="18"/>
  </w:num>
  <w:num w:numId="34" w16cid:durableId="497035053">
    <w:abstractNumId w:val="15"/>
  </w:num>
  <w:num w:numId="35" w16cid:durableId="615257596">
    <w:abstractNumId w:val="12"/>
  </w:num>
  <w:num w:numId="36" w16cid:durableId="786001205">
    <w:abstractNumId w:val="29"/>
  </w:num>
  <w:num w:numId="37" w16cid:durableId="2060976379">
    <w:abstractNumId w:val="30"/>
  </w:num>
  <w:num w:numId="38" w16cid:durableId="588733161">
    <w:abstractNumId w:val="36"/>
  </w:num>
  <w:num w:numId="39" w16cid:durableId="1529683799">
    <w:abstractNumId w:val="41"/>
  </w:num>
  <w:num w:numId="40" w16cid:durableId="1458331285">
    <w:abstractNumId w:val="32"/>
  </w:num>
  <w:num w:numId="41" w16cid:durableId="2072583464">
    <w:abstractNumId w:val="31"/>
  </w:num>
  <w:num w:numId="42" w16cid:durableId="428427778">
    <w:abstractNumId w:val="43"/>
  </w:num>
  <w:num w:numId="43" w16cid:durableId="1008602266">
    <w:abstractNumId w:val="19"/>
  </w:num>
  <w:num w:numId="44" w16cid:durableId="398598977">
    <w:abstractNumId w:val="22"/>
  </w:num>
  <w:num w:numId="45" w16cid:durableId="1310480516">
    <w:abstractNumId w:val="10"/>
  </w:num>
  <w:num w:numId="46" w16cid:durableId="1014066936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2C0D"/>
    <w:rsid w:val="000308A4"/>
    <w:rsid w:val="00034616"/>
    <w:rsid w:val="00036A05"/>
    <w:rsid w:val="0006063C"/>
    <w:rsid w:val="00075247"/>
    <w:rsid w:val="00083859"/>
    <w:rsid w:val="000A28D0"/>
    <w:rsid w:val="000C2714"/>
    <w:rsid w:val="0010161D"/>
    <w:rsid w:val="00125D14"/>
    <w:rsid w:val="00140AB6"/>
    <w:rsid w:val="0015074B"/>
    <w:rsid w:val="001972A0"/>
    <w:rsid w:val="001B2543"/>
    <w:rsid w:val="001C7546"/>
    <w:rsid w:val="001E3A93"/>
    <w:rsid w:val="001E7604"/>
    <w:rsid w:val="001F6D9E"/>
    <w:rsid w:val="002114F4"/>
    <w:rsid w:val="00212B88"/>
    <w:rsid w:val="00213876"/>
    <w:rsid w:val="0022635F"/>
    <w:rsid w:val="002363D9"/>
    <w:rsid w:val="00247941"/>
    <w:rsid w:val="00261190"/>
    <w:rsid w:val="0026285B"/>
    <w:rsid w:val="0029639D"/>
    <w:rsid w:val="002A2F26"/>
    <w:rsid w:val="002B54AB"/>
    <w:rsid w:val="002D0773"/>
    <w:rsid w:val="002D3A26"/>
    <w:rsid w:val="00305D1C"/>
    <w:rsid w:val="00314D27"/>
    <w:rsid w:val="003170F1"/>
    <w:rsid w:val="00326F90"/>
    <w:rsid w:val="0035297F"/>
    <w:rsid w:val="00354EBA"/>
    <w:rsid w:val="00366A6D"/>
    <w:rsid w:val="00381AB9"/>
    <w:rsid w:val="003A05B7"/>
    <w:rsid w:val="003A49D0"/>
    <w:rsid w:val="003C22A5"/>
    <w:rsid w:val="003F6CE8"/>
    <w:rsid w:val="00400D13"/>
    <w:rsid w:val="004238BC"/>
    <w:rsid w:val="00423EA4"/>
    <w:rsid w:val="00425103"/>
    <w:rsid w:val="0043376C"/>
    <w:rsid w:val="00436D45"/>
    <w:rsid w:val="004A7F1E"/>
    <w:rsid w:val="004B5101"/>
    <w:rsid w:val="004B6B05"/>
    <w:rsid w:val="004C77FE"/>
    <w:rsid w:val="004D0870"/>
    <w:rsid w:val="004E7EE5"/>
    <w:rsid w:val="00514639"/>
    <w:rsid w:val="00517D8E"/>
    <w:rsid w:val="00564C4D"/>
    <w:rsid w:val="00593252"/>
    <w:rsid w:val="005D66D4"/>
    <w:rsid w:val="005D76EE"/>
    <w:rsid w:val="006175A7"/>
    <w:rsid w:val="00630F49"/>
    <w:rsid w:val="00652748"/>
    <w:rsid w:val="0065488C"/>
    <w:rsid w:val="006A2567"/>
    <w:rsid w:val="006B03E0"/>
    <w:rsid w:val="006E5893"/>
    <w:rsid w:val="006E6E69"/>
    <w:rsid w:val="006F7A9C"/>
    <w:rsid w:val="00724BB2"/>
    <w:rsid w:val="007359C6"/>
    <w:rsid w:val="00761856"/>
    <w:rsid w:val="007A5CB9"/>
    <w:rsid w:val="007B242F"/>
    <w:rsid w:val="007F6D39"/>
    <w:rsid w:val="0080489E"/>
    <w:rsid w:val="008064B4"/>
    <w:rsid w:val="00820DFC"/>
    <w:rsid w:val="008606F3"/>
    <w:rsid w:val="008B7B20"/>
    <w:rsid w:val="008E4E5E"/>
    <w:rsid w:val="008E70FA"/>
    <w:rsid w:val="0090033A"/>
    <w:rsid w:val="00930A62"/>
    <w:rsid w:val="009339E6"/>
    <w:rsid w:val="00951D35"/>
    <w:rsid w:val="00993186"/>
    <w:rsid w:val="0099798A"/>
    <w:rsid w:val="009D58E2"/>
    <w:rsid w:val="00A6593D"/>
    <w:rsid w:val="00A855BF"/>
    <w:rsid w:val="00A864DF"/>
    <w:rsid w:val="00AA1D8D"/>
    <w:rsid w:val="00AA7CC0"/>
    <w:rsid w:val="00B36AC1"/>
    <w:rsid w:val="00B47730"/>
    <w:rsid w:val="00B5656F"/>
    <w:rsid w:val="00B74423"/>
    <w:rsid w:val="00B87B85"/>
    <w:rsid w:val="00B904BE"/>
    <w:rsid w:val="00BA261D"/>
    <w:rsid w:val="00BF5F45"/>
    <w:rsid w:val="00C2693E"/>
    <w:rsid w:val="00C635AE"/>
    <w:rsid w:val="00C952A6"/>
    <w:rsid w:val="00CB0664"/>
    <w:rsid w:val="00CC21BC"/>
    <w:rsid w:val="00CC365C"/>
    <w:rsid w:val="00CD3584"/>
    <w:rsid w:val="00CE5348"/>
    <w:rsid w:val="00D00A48"/>
    <w:rsid w:val="00D14CE2"/>
    <w:rsid w:val="00D1667F"/>
    <w:rsid w:val="00D2390C"/>
    <w:rsid w:val="00D43D3A"/>
    <w:rsid w:val="00D502BA"/>
    <w:rsid w:val="00D60D2C"/>
    <w:rsid w:val="00D63B74"/>
    <w:rsid w:val="00D63FB4"/>
    <w:rsid w:val="00D82913"/>
    <w:rsid w:val="00D96BD6"/>
    <w:rsid w:val="00DA6F1E"/>
    <w:rsid w:val="00DB7AAF"/>
    <w:rsid w:val="00DC7E35"/>
    <w:rsid w:val="00DD73C1"/>
    <w:rsid w:val="00DD740E"/>
    <w:rsid w:val="00DF3794"/>
    <w:rsid w:val="00E42C5F"/>
    <w:rsid w:val="00E4761A"/>
    <w:rsid w:val="00E54657"/>
    <w:rsid w:val="00E6732F"/>
    <w:rsid w:val="00E70223"/>
    <w:rsid w:val="00E74CB1"/>
    <w:rsid w:val="00EA37AD"/>
    <w:rsid w:val="00F15444"/>
    <w:rsid w:val="00F260C2"/>
    <w:rsid w:val="00F51050"/>
    <w:rsid w:val="00F56622"/>
    <w:rsid w:val="00F57A79"/>
    <w:rsid w:val="00F57B0F"/>
    <w:rsid w:val="00F7743E"/>
    <w:rsid w:val="00FA2D07"/>
    <w:rsid w:val="00FC4928"/>
    <w:rsid w:val="00FC693F"/>
    <w:rsid w:val="00FD1DC5"/>
    <w:rsid w:val="00FF4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EF7C22"/>
  <w14:defaultImageDpi w14:val="300"/>
  <w15:docId w15:val="{185667B8-E8FA-4C07-8C60-B41818254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65C"/>
    <w:rPr>
      <w:rFonts w:ascii="Arial" w:eastAsia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05B7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05B7"/>
    <w:pPr>
      <w:keepNext/>
      <w:keepLines/>
      <w:spacing w:before="280" w:after="16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635F"/>
    <w:pPr>
      <w:keepNext/>
      <w:keepLines/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A05B7"/>
    <w:rPr>
      <w:rFonts w:asciiTheme="majorHAnsi" w:eastAsiaTheme="majorEastAsia" w:hAnsiTheme="majorHAnsi" w:cstheme="majorBidi"/>
      <w:b/>
      <w:bCs/>
      <w:color w:val="000000" w:themeColor="text1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A05B7"/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2635F"/>
    <w:rPr>
      <w:rFonts w:asciiTheme="majorHAnsi" w:eastAsiaTheme="majorEastAsia" w:hAnsiTheme="majorHAnsi" w:cstheme="majorBidi"/>
      <w:b/>
      <w:bCs/>
      <w:color w:val="0D0D0D" w:themeColor="text1" w:themeTint="F2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8E70FA"/>
    <w:pPr>
      <w:spacing w:after="120"/>
      <w:ind w:left="737" w:hanging="170"/>
      <w:contextualSpacing/>
    </w:pPr>
    <w:rPr>
      <w:rFonts w:ascii="Calibri" w:hAnsi="Calibri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PlainTable1">
    <w:name w:val="Plain Table 1"/>
    <w:basedOn w:val="TableNormal"/>
    <w:uiPriority w:val="99"/>
    <w:rsid w:val="00E42C5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6">
    <w:name w:val="Grid Table 4 Accent 6"/>
    <w:basedOn w:val="TableNormal"/>
    <w:uiPriority w:val="49"/>
    <w:rsid w:val="00E42C5F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E42C5F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4B5101"/>
    <w:rPr>
      <w:rFonts w:ascii="Times New Roman" w:hAnsi="Times New Roman" w:cs="Times New Roman"/>
      <w:szCs w:val="24"/>
    </w:rPr>
  </w:style>
  <w:style w:type="paragraph" w:styleId="Revision">
    <w:name w:val="Revision"/>
    <w:hidden/>
    <w:uiPriority w:val="99"/>
    <w:semiHidden/>
    <w:rsid w:val="00B36AC1"/>
    <w:pPr>
      <w:spacing w:after="0" w:line="240" w:lineRule="auto"/>
    </w:pPr>
    <w:rPr>
      <w:rFonts w:ascii="Arial" w:eastAsia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8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Ellen Connolly</cp:lastModifiedBy>
  <cp:revision>2</cp:revision>
  <dcterms:created xsi:type="dcterms:W3CDTF">2025-07-16T08:08:00Z</dcterms:created>
  <dcterms:modified xsi:type="dcterms:W3CDTF">2025-07-16T08:08:00Z</dcterms:modified>
  <cp:category/>
</cp:coreProperties>
</file>